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דרכון המסע הלשוני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התחנות במסע הלשון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בקצרה מושג מרכזי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את הדרכון ואת תהליך ההתקדמות (נבט, טיל, אלופים)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התחנות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מגדלור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תחנת הרכבת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עץ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עיר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מערת האוצר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(הבנת הנקרא)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(חלקי 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(שורש ומשפחת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(סימני פיסוק)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הדרכון צריך להגיע ל-70%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בכל אחת מהתחנות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נשמרים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מופיעות שש תחנות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התחנות לפי הסדר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 הקוראים -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תחנת הרכבת של המילים -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 המשפחות - שורש ומשפחת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איי הגשרים -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עיר הסימנים - סימני פיסוק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שמזהה נכון את נושא התחנה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מראה שהתלמיד סיים ללמוד את הנושא בהצלחה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תחנה נכון עם הנושא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הגעה ל-70% בשלושת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האתגר המסכם - משחק הדרקון המסכם את 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הדרכון על המסך ולעבור על שמות התחנות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שאלה לדוגמה קצרה מהתחנה המתאימה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התרגילים המסומנים כקשים מתאימים לתלמידים שכבר הכירו כמה 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דרכון המסע הלשוני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הדרכון רואים שש תחנות למידה: הבנת הנקרא, חלקי דיבר, שורש ומשפחת מילים, מילות קישור, סימני פיסוק ואוצר מילים. בכל תחנה מתקדמים משלב נבט לטיל ועד אלופים, ובסוף יש אתגר מסכם.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התחנות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תחנה עוסקת בהבנת הנקרא?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תחנה לומדים על חלקי 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תחנה עוסקת בשורש ומשפחת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תחנה עוסקת בסימני פיסוק?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תחנה עוסקת באוצר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המשפחות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 הקוראים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שורש ומשפחת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תחנת הרכבת של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הבנת הנקרא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איי הגשרים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חלקי דיבר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עיר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מילות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"שולחן" היא __________ (סוג של חלק דיבר)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"כתיבה"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"אבל" היא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שאלה שמים סימן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בכל תחנה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להשלים תחנה צריך להגיע ל-100%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יש שלושה שלבים: נבט, טיל ואלופים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והחותמות בדרכון נשלחים ונשמרים במקום מרכזי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שש תחנות למידה בדרכון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התחנות לפי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המשפחות - שורש ומשפחת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איי הגשרים -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מגדלור הקוראים - הבנת הנקרא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הסימנים - סימני פיסוק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הרכבת של המילים - חלקי דיבר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תחנה אחת מהדרכון וכתבו במה היא עוסקת ולמה בחרתם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לקבל חותמת בסוף תחנה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תחנה אחת וממה היא עוסקת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כדי שתחנה תיחשב להשלמה?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האתגר המסכם של כל המסע?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דרכון המסע הלשוני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