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בקצרה מושג מרכזי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את הדרכון ואת תהליך ההתקדמות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התחנות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מגדלור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עץ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עיר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מערת האוצר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(סימני פיסוק)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הדרכון צריך להגיע ל-70%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בכל אחת מהתחנות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נשמרים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מופיעות שש תחנות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התחנות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 הקוראים -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הרכבת של המילים -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המשפחות -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איי הגשרים -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 הסימנים - סימני פיסוק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שמזהה נכון את נושא התחנה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מראה שהתלמיד סיים ללמוד את הנושא בהצלחה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תחנה נכון עם הנושא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הגעה ל-70% בשלושת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האתגר המסכם - משחק הדרקון המסכם את 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הדרכון על המסך ולעבור על שמות התחנות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קצרה מהתחנה המתאימה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התרגילים המסומנים כקשים מתאימים לתלמידים שכבר הכירו כמה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שישה תחנות למידה. בכל תחנה לומדים נושא אחר בעברית. מתקדמים שלב אחרי שלב עד שמסיימים.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למידה אחד במסע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מילה, כמו שם עצם או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של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שעוזר לארגן את הכתיבה, כמו נקודה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שאנחנו מכירים ומשתמשים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חותמת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שסיימנו 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בכל 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התחנות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תחנה קוראים טקסטים ומבינים אותם?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לומדים על שם עצם ופועל?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תחנה עוסקת בשורש ומשפחת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על נקודה וסימן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תחנה עוסקת באוצר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ומשפחת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חלקי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הבנת הנקרא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"שולחן" היא __________ (סוג של חלק דיבר)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"כתיבה"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"אבל"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בכל תחנה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להשלים תחנה צריך להגיע ל-100%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יש שלושה שלבים: נבט, טיל ואלופים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והחותמות בדרכון נשלחים ונשמרים במקום מרכזי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שש תחנות למידה בדרכון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התחנות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איי הגשרים -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המשפחות - שורש ומשפחת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הרכבת של המילים - חלקי דיבר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הסימנים - סימני פיסוק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הקוראים - הבנת הנקרא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מהדרכון וכתבו במה היא עוסקת ולמה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לקבל חותמת בסוף תחנה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תחנה אחת וממה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שתחנה תיחשב להשלמה?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האתגר המסכם של כל המסע?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דרכון המסע הלשוני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